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22E21" w14:textId="4F42EBE4" w:rsidR="004C4D56" w:rsidRPr="00315F5C" w:rsidRDefault="000438E2" w:rsidP="00315F5C">
      <w:pPr>
        <w:jc w:val="center"/>
        <w:rPr>
          <w:rFonts w:ascii="Open Sans" w:hAnsi="Open Sans" w:cs="Open Sans"/>
          <w:color w:val="244061" w:themeColor="accent1" w:themeShade="80"/>
          <w:sz w:val="22"/>
        </w:rPr>
      </w:pPr>
      <w:r w:rsidRPr="00436155">
        <w:rPr>
          <w:rFonts w:ascii="Open Sans" w:hAnsi="Open Sans" w:cs="Open Sans"/>
          <w:b/>
          <w:color w:val="244061" w:themeColor="accent1" w:themeShade="80"/>
          <w:sz w:val="22"/>
        </w:rPr>
        <w:t>ZAŁĄCZNIK NR 1</w:t>
      </w:r>
    </w:p>
    <w:p w14:paraId="60762EE3" w14:textId="3ED4A327" w:rsidR="00FF6938" w:rsidRPr="00436155" w:rsidRDefault="000438E2">
      <w:pPr>
        <w:spacing w:after="80"/>
        <w:jc w:val="center"/>
        <w:rPr>
          <w:rFonts w:ascii="Open Sans" w:hAnsi="Open Sans" w:cs="Open Sans"/>
          <w:color w:val="244061" w:themeColor="accent1" w:themeShade="80"/>
          <w:sz w:val="22"/>
        </w:rPr>
      </w:pPr>
      <w:r w:rsidRPr="00436155">
        <w:rPr>
          <w:rFonts w:ascii="Open Sans" w:hAnsi="Open Sans" w:cs="Open Sans"/>
          <w:b/>
          <w:color w:val="244061" w:themeColor="accent1" w:themeShade="80"/>
          <w:sz w:val="22"/>
        </w:rPr>
        <w:t>FORMULARZ OFERTOWY</w:t>
      </w:r>
    </w:p>
    <w:p w14:paraId="30F1B63F" w14:textId="77777777" w:rsidR="00FF6938" w:rsidRPr="00436155" w:rsidRDefault="000438E2">
      <w:pPr>
        <w:spacing w:after="80"/>
        <w:jc w:val="center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do Zapytania ofertowego na wymianę kotłów gazowych wraz z montażem oraz dopełnieniem formalności w Centrum Kultury i Sportu w Krzeszowicach</w:t>
      </w:r>
    </w:p>
    <w:p w14:paraId="43E96B6C" w14:textId="77777777" w:rsidR="00FF6938" w:rsidRPr="00436155" w:rsidRDefault="000438E2">
      <w:pPr>
        <w:pStyle w:val="Nagwek1"/>
        <w:rPr>
          <w:rFonts w:ascii="Open Sans" w:hAnsi="Open Sans" w:cs="Open Sans"/>
          <w:color w:val="244061" w:themeColor="accent1" w:themeShade="80"/>
          <w:sz w:val="22"/>
          <w:szCs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szCs w:val="22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0438E2" w:rsidRPr="00436155" w14:paraId="0396DE9D" w14:textId="77777777">
        <w:trPr>
          <w:jc w:val="center"/>
        </w:trPr>
        <w:tc>
          <w:tcPr>
            <w:tcW w:w="4873" w:type="dxa"/>
            <w:vAlign w:val="center"/>
          </w:tcPr>
          <w:p w14:paraId="6CCAF496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Pole</w:t>
            </w:r>
          </w:p>
        </w:tc>
        <w:tc>
          <w:tcPr>
            <w:tcW w:w="4873" w:type="dxa"/>
            <w:vAlign w:val="center"/>
          </w:tcPr>
          <w:p w14:paraId="4115FCFA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Dane</w:t>
            </w:r>
          </w:p>
        </w:tc>
      </w:tr>
      <w:tr w:rsidR="000438E2" w:rsidRPr="00436155" w14:paraId="658EB82C" w14:textId="77777777">
        <w:trPr>
          <w:jc w:val="center"/>
        </w:trPr>
        <w:tc>
          <w:tcPr>
            <w:tcW w:w="4873" w:type="dxa"/>
            <w:vAlign w:val="center"/>
          </w:tcPr>
          <w:p w14:paraId="4DE6CDB4" w14:textId="77777777" w:rsidR="00FF6938" w:rsidRPr="00436155" w:rsidRDefault="000438E2">
            <w:pPr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  <w:t>Pełna nazwa Wykonawcy</w:t>
            </w:r>
          </w:p>
        </w:tc>
        <w:tc>
          <w:tcPr>
            <w:tcW w:w="4873" w:type="dxa"/>
            <w:vAlign w:val="center"/>
          </w:tcPr>
          <w:p w14:paraId="2EC5E497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  <w:p w14:paraId="27CFABE0" w14:textId="77777777" w:rsidR="004C4D56" w:rsidRPr="00436155" w:rsidRDefault="004C4D56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  <w:p w14:paraId="0479D02D" w14:textId="77777777" w:rsidR="004C4D56" w:rsidRPr="00436155" w:rsidRDefault="004C4D56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  <w:p w14:paraId="2A6E53B9" w14:textId="65017887" w:rsidR="004C4D56" w:rsidRPr="00436155" w:rsidRDefault="004C4D56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68C068C3" w14:textId="77777777">
        <w:trPr>
          <w:jc w:val="center"/>
        </w:trPr>
        <w:tc>
          <w:tcPr>
            <w:tcW w:w="4873" w:type="dxa"/>
            <w:vAlign w:val="center"/>
          </w:tcPr>
          <w:p w14:paraId="2F3C5344" w14:textId="77777777" w:rsidR="00FF6938" w:rsidRPr="00436155" w:rsidRDefault="000438E2">
            <w:pPr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  <w:t>Adres siedziby</w:t>
            </w:r>
          </w:p>
        </w:tc>
        <w:tc>
          <w:tcPr>
            <w:tcW w:w="4873" w:type="dxa"/>
            <w:vAlign w:val="center"/>
          </w:tcPr>
          <w:p w14:paraId="782AF6D2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  <w:p w14:paraId="38532508" w14:textId="50340EDC" w:rsidR="004C4D56" w:rsidRPr="00436155" w:rsidRDefault="004C4D56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41222F8E" w14:textId="77777777">
        <w:trPr>
          <w:jc w:val="center"/>
        </w:trPr>
        <w:tc>
          <w:tcPr>
            <w:tcW w:w="4873" w:type="dxa"/>
            <w:vAlign w:val="center"/>
          </w:tcPr>
          <w:p w14:paraId="387FFE45" w14:textId="77777777" w:rsidR="00FF6938" w:rsidRPr="00436155" w:rsidRDefault="000438E2">
            <w:pPr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  <w:t>NIP / REGON</w:t>
            </w:r>
          </w:p>
        </w:tc>
        <w:tc>
          <w:tcPr>
            <w:tcW w:w="4873" w:type="dxa"/>
            <w:vAlign w:val="center"/>
          </w:tcPr>
          <w:p w14:paraId="2B65A014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  <w:p w14:paraId="214A7975" w14:textId="234BBB85" w:rsidR="004C4D56" w:rsidRPr="00436155" w:rsidRDefault="004C4D56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365354A7" w14:textId="77777777">
        <w:trPr>
          <w:jc w:val="center"/>
        </w:trPr>
        <w:tc>
          <w:tcPr>
            <w:tcW w:w="4873" w:type="dxa"/>
            <w:vAlign w:val="center"/>
          </w:tcPr>
          <w:p w14:paraId="57874150" w14:textId="77777777" w:rsidR="00FF6938" w:rsidRPr="00436155" w:rsidRDefault="000438E2">
            <w:pPr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  <w:t>Telefon / e-mail</w:t>
            </w:r>
          </w:p>
        </w:tc>
        <w:tc>
          <w:tcPr>
            <w:tcW w:w="4873" w:type="dxa"/>
            <w:vAlign w:val="center"/>
          </w:tcPr>
          <w:p w14:paraId="7AE17506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1218E7B7" w14:textId="77777777">
        <w:trPr>
          <w:jc w:val="center"/>
        </w:trPr>
        <w:tc>
          <w:tcPr>
            <w:tcW w:w="4873" w:type="dxa"/>
            <w:vAlign w:val="center"/>
          </w:tcPr>
          <w:p w14:paraId="35E34CAE" w14:textId="77777777" w:rsidR="00FF6938" w:rsidRPr="00436155" w:rsidRDefault="000438E2">
            <w:pPr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bCs/>
                <w:color w:val="244061" w:themeColor="accent1" w:themeShade="80"/>
                <w:sz w:val="22"/>
              </w:rPr>
              <w:t>Osoba do kontaktu</w:t>
            </w:r>
          </w:p>
        </w:tc>
        <w:tc>
          <w:tcPr>
            <w:tcW w:w="4873" w:type="dxa"/>
            <w:vAlign w:val="center"/>
          </w:tcPr>
          <w:p w14:paraId="6C018A06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</w:tbl>
    <w:p w14:paraId="607E21BC" w14:textId="77777777" w:rsidR="00FF6938" w:rsidRPr="00436155" w:rsidRDefault="000438E2">
      <w:pPr>
        <w:pStyle w:val="Nagwek1"/>
        <w:rPr>
          <w:rFonts w:ascii="Open Sans" w:hAnsi="Open Sans" w:cs="Open Sans"/>
          <w:color w:val="244061" w:themeColor="accent1" w:themeShade="80"/>
          <w:sz w:val="22"/>
          <w:szCs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szCs w:val="22"/>
        </w:rPr>
        <w:t>2. Oświadczenie dotyczące przedmiotu zamówienia</w:t>
      </w:r>
    </w:p>
    <w:p w14:paraId="61E1035C" w14:textId="4105F299" w:rsidR="00FF6938" w:rsidRPr="00436155" w:rsidRDefault="000438E2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 xml:space="preserve">Oświadczam/y, że zapoznałem/liśmy się z treścią Zapytania ofertowego wraz z załącznikami </w:t>
      </w:r>
      <w:r w:rsidR="003444FE">
        <w:rPr>
          <w:rFonts w:ascii="Open Sans" w:hAnsi="Open Sans" w:cs="Open Sans"/>
          <w:color w:val="244061" w:themeColor="accent1" w:themeShade="80"/>
          <w:sz w:val="22"/>
          <w:lang w:val="pl-PL"/>
        </w:rPr>
        <w:br/>
      </w: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i oferuję/my wykonanie całego zamówienia zgodnie z wymaganiami Zamawiającego.</w:t>
      </w:r>
    </w:p>
    <w:p w14:paraId="104AC700" w14:textId="77777777" w:rsidR="00FF6938" w:rsidRPr="00436155" w:rsidRDefault="000438E2">
      <w:pPr>
        <w:pStyle w:val="Nagwek1"/>
        <w:rPr>
          <w:rFonts w:ascii="Open Sans" w:hAnsi="Open Sans" w:cs="Open Sans"/>
          <w:color w:val="244061" w:themeColor="accent1" w:themeShade="80"/>
          <w:sz w:val="22"/>
          <w:szCs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szCs w:val="22"/>
        </w:rPr>
        <w:t>3. Cena ofertowa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35"/>
        <w:gridCol w:w="2434"/>
        <w:gridCol w:w="2433"/>
        <w:gridCol w:w="2434"/>
      </w:tblGrid>
      <w:tr w:rsidR="000438E2" w:rsidRPr="00436155" w14:paraId="03C60722" w14:textId="77777777">
        <w:trPr>
          <w:jc w:val="center"/>
        </w:trPr>
        <w:tc>
          <w:tcPr>
            <w:tcW w:w="2436" w:type="dxa"/>
            <w:vAlign w:val="center"/>
          </w:tcPr>
          <w:p w14:paraId="1FC11807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Zakres</w:t>
            </w:r>
          </w:p>
        </w:tc>
        <w:tc>
          <w:tcPr>
            <w:tcW w:w="2436" w:type="dxa"/>
            <w:vAlign w:val="center"/>
          </w:tcPr>
          <w:p w14:paraId="4DC393E4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Netto (zł)</w:t>
            </w:r>
          </w:p>
        </w:tc>
        <w:tc>
          <w:tcPr>
            <w:tcW w:w="2436" w:type="dxa"/>
            <w:vAlign w:val="center"/>
          </w:tcPr>
          <w:p w14:paraId="630D7961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VAT (%)</w:t>
            </w:r>
          </w:p>
        </w:tc>
        <w:tc>
          <w:tcPr>
            <w:tcW w:w="2436" w:type="dxa"/>
            <w:vAlign w:val="center"/>
          </w:tcPr>
          <w:p w14:paraId="16F65921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Brutto (zł)</w:t>
            </w:r>
          </w:p>
        </w:tc>
      </w:tr>
      <w:tr w:rsidR="000438E2" w:rsidRPr="005C17CC" w14:paraId="7EFB443A" w14:textId="77777777">
        <w:trPr>
          <w:jc w:val="center"/>
        </w:trPr>
        <w:tc>
          <w:tcPr>
            <w:tcW w:w="2436" w:type="dxa"/>
            <w:vAlign w:val="center"/>
          </w:tcPr>
          <w:p w14:paraId="5F0C430B" w14:textId="0C4F0A5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  <w:t xml:space="preserve">Kompleksowa wymiana kotłów gazowych wraz </w:t>
            </w:r>
            <w:r w:rsidR="003444FE"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  <w:br/>
            </w: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  <w:t xml:space="preserve">z montażem, uruchomieniem, dokumentacją </w:t>
            </w:r>
            <w:r w:rsidR="003444FE"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  <w:br/>
            </w: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  <w:t>i formalnościami</w:t>
            </w:r>
          </w:p>
        </w:tc>
        <w:tc>
          <w:tcPr>
            <w:tcW w:w="2436" w:type="dxa"/>
            <w:vAlign w:val="center"/>
          </w:tcPr>
          <w:p w14:paraId="7474F6D4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</w:pPr>
          </w:p>
        </w:tc>
        <w:tc>
          <w:tcPr>
            <w:tcW w:w="2436" w:type="dxa"/>
            <w:vAlign w:val="center"/>
          </w:tcPr>
          <w:p w14:paraId="462E0A31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</w:pPr>
          </w:p>
        </w:tc>
        <w:tc>
          <w:tcPr>
            <w:tcW w:w="2436" w:type="dxa"/>
            <w:vAlign w:val="center"/>
          </w:tcPr>
          <w:p w14:paraId="6F49D848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</w:pPr>
          </w:p>
        </w:tc>
      </w:tr>
    </w:tbl>
    <w:p w14:paraId="430A7CF5" w14:textId="77777777" w:rsidR="004C4D56" w:rsidRPr="00436155" w:rsidRDefault="004C4D56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</w:p>
    <w:p w14:paraId="087571DD" w14:textId="2B6CF728" w:rsidR="00FF6938" w:rsidRPr="00436155" w:rsidRDefault="000438E2">
      <w:pPr>
        <w:spacing w:after="80"/>
        <w:rPr>
          <w:rFonts w:ascii="Open Sans" w:hAnsi="Open Sans" w:cs="Open Sans"/>
          <w:b/>
          <w:bCs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b/>
          <w:bCs/>
          <w:color w:val="244061" w:themeColor="accent1" w:themeShade="80"/>
          <w:sz w:val="22"/>
          <w:lang w:val="pl-PL"/>
        </w:rPr>
        <w:t>Łączna cena ofertowa brutto: .............................</w:t>
      </w:r>
      <w:r w:rsidR="003444FE">
        <w:rPr>
          <w:rFonts w:ascii="Open Sans" w:hAnsi="Open Sans" w:cs="Open Sans"/>
          <w:b/>
          <w:bCs/>
          <w:color w:val="244061" w:themeColor="accent1" w:themeShade="80"/>
          <w:sz w:val="22"/>
          <w:lang w:val="pl-PL"/>
        </w:rPr>
        <w:t>.................................</w:t>
      </w:r>
      <w:r w:rsidRPr="00436155">
        <w:rPr>
          <w:rFonts w:ascii="Open Sans" w:hAnsi="Open Sans" w:cs="Open Sans"/>
          <w:b/>
          <w:bCs/>
          <w:color w:val="244061" w:themeColor="accent1" w:themeShade="80"/>
          <w:sz w:val="22"/>
          <w:lang w:val="pl-PL"/>
        </w:rPr>
        <w:t>................... zł</w:t>
      </w:r>
    </w:p>
    <w:p w14:paraId="0202A223" w14:textId="6692DF38" w:rsidR="003444FE" w:rsidRPr="005C17CC" w:rsidRDefault="000438E2" w:rsidP="00315F5C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Słownie: ...................................................................................................</w:t>
      </w:r>
      <w:r w:rsidR="003444FE">
        <w:rPr>
          <w:rFonts w:ascii="Open Sans" w:hAnsi="Open Sans" w:cs="Open Sans"/>
          <w:color w:val="244061" w:themeColor="accent1" w:themeShade="80"/>
          <w:sz w:val="22"/>
          <w:lang w:val="pl-PL"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315F5C">
        <w:rPr>
          <w:rFonts w:ascii="Open Sans" w:hAnsi="Open Sans" w:cs="Open Sans"/>
          <w:color w:val="244061" w:themeColor="accent1" w:themeShade="80"/>
          <w:sz w:val="22"/>
          <w:lang w:val="pl-PL"/>
        </w:rPr>
        <w:t>..............</w:t>
      </w:r>
    </w:p>
    <w:p w14:paraId="71381C56" w14:textId="7E28E5BE" w:rsidR="00FF6938" w:rsidRPr="00436155" w:rsidRDefault="000438E2">
      <w:pPr>
        <w:pStyle w:val="Nagwek1"/>
        <w:rPr>
          <w:rFonts w:ascii="Open Sans" w:hAnsi="Open Sans" w:cs="Open Sans"/>
          <w:color w:val="244061" w:themeColor="accent1" w:themeShade="80"/>
          <w:sz w:val="22"/>
          <w:szCs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szCs w:val="22"/>
        </w:rPr>
        <w:t>4. Parametry oferty</w:t>
      </w:r>
    </w:p>
    <w:p w14:paraId="7D658D47" w14:textId="2C54932C" w:rsidR="00C83EC3" w:rsidRPr="00436155" w:rsidRDefault="00C83EC3" w:rsidP="00C83EC3">
      <w:pPr>
        <w:rPr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27"/>
        <w:gridCol w:w="4909"/>
      </w:tblGrid>
      <w:tr w:rsidR="00C83EC3" w:rsidRPr="00436155" w14:paraId="3B80FF88" w14:textId="77777777" w:rsidTr="00C83EC3">
        <w:tc>
          <w:tcPr>
            <w:tcW w:w="4943" w:type="dxa"/>
          </w:tcPr>
          <w:p w14:paraId="09368299" w14:textId="337C4662" w:rsidR="00C83EC3" w:rsidRPr="00436155" w:rsidRDefault="00C83EC3" w:rsidP="00C83EC3">
            <w:pPr>
              <w:rPr>
                <w:b/>
                <w:bCs/>
                <w:color w:val="244061" w:themeColor="accent1" w:themeShade="80"/>
                <w:sz w:val="22"/>
                <w:lang w:val="pl-PL"/>
              </w:rPr>
            </w:pPr>
            <w:r w:rsidRPr="00436155">
              <w:rPr>
                <w:b/>
                <w:bCs/>
                <w:color w:val="244061" w:themeColor="accent1" w:themeShade="80"/>
                <w:sz w:val="22"/>
                <w:lang w:val="pl-PL"/>
              </w:rPr>
              <w:t>Parametr do oceny oferty</w:t>
            </w:r>
          </w:p>
        </w:tc>
        <w:tc>
          <w:tcPr>
            <w:tcW w:w="4943" w:type="dxa"/>
          </w:tcPr>
          <w:p w14:paraId="0B3CEDF1" w14:textId="584901B4" w:rsidR="00C83EC3" w:rsidRPr="00436155" w:rsidRDefault="00C83EC3" w:rsidP="00C83EC3">
            <w:pPr>
              <w:rPr>
                <w:b/>
                <w:bCs/>
                <w:color w:val="244061" w:themeColor="accent1" w:themeShade="80"/>
                <w:sz w:val="22"/>
                <w:lang w:val="pl-PL"/>
              </w:rPr>
            </w:pPr>
            <w:r w:rsidRPr="00436155">
              <w:rPr>
                <w:b/>
                <w:bCs/>
                <w:color w:val="244061" w:themeColor="accent1" w:themeShade="80"/>
                <w:sz w:val="22"/>
                <w:lang w:val="pl-PL"/>
              </w:rPr>
              <w:t>Oferta Wykonawcy</w:t>
            </w:r>
          </w:p>
        </w:tc>
      </w:tr>
      <w:tr w:rsidR="00C83EC3" w:rsidRPr="00436155" w14:paraId="7FB8992E" w14:textId="77777777" w:rsidTr="00C83EC3">
        <w:tc>
          <w:tcPr>
            <w:tcW w:w="4943" w:type="dxa"/>
          </w:tcPr>
          <w:p w14:paraId="43535B69" w14:textId="22E9F74A" w:rsidR="00C83EC3" w:rsidRPr="00436155" w:rsidRDefault="00C83EC3" w:rsidP="00C83EC3">
            <w:pPr>
              <w:rPr>
                <w:color w:val="244061" w:themeColor="accent1" w:themeShade="80"/>
                <w:sz w:val="22"/>
                <w:lang w:val="pl-PL"/>
              </w:rPr>
            </w:pPr>
            <w:r w:rsidRPr="00436155">
              <w:rPr>
                <w:color w:val="244061" w:themeColor="accent1" w:themeShade="80"/>
                <w:sz w:val="22"/>
                <w:lang w:val="pl-PL"/>
              </w:rPr>
              <w:t>Okres serwisowania – min. 36 miesięcy</w:t>
            </w:r>
            <w:r w:rsidRPr="00436155">
              <w:rPr>
                <w:color w:val="244061" w:themeColor="accent1" w:themeShade="80"/>
                <w:sz w:val="22"/>
                <w:lang w:val="pl-PL"/>
              </w:rPr>
              <w:tab/>
            </w:r>
          </w:p>
        </w:tc>
        <w:tc>
          <w:tcPr>
            <w:tcW w:w="4943" w:type="dxa"/>
          </w:tcPr>
          <w:p w14:paraId="6FE6AE46" w14:textId="571B5E7E" w:rsidR="00C83EC3" w:rsidRPr="00436155" w:rsidRDefault="00C83EC3" w:rsidP="00C83EC3">
            <w:pPr>
              <w:rPr>
                <w:color w:val="244061" w:themeColor="accent1" w:themeShade="80"/>
                <w:sz w:val="22"/>
                <w:lang w:val="pl-PL"/>
              </w:rPr>
            </w:pPr>
            <w:r w:rsidRPr="00436155">
              <w:rPr>
                <w:color w:val="244061" w:themeColor="accent1" w:themeShade="80"/>
                <w:sz w:val="22"/>
                <w:lang w:val="pl-PL"/>
              </w:rPr>
              <w:t>...........................................</w:t>
            </w:r>
            <w:r w:rsidR="003444FE">
              <w:rPr>
                <w:color w:val="244061" w:themeColor="accent1" w:themeShade="80"/>
                <w:sz w:val="22"/>
                <w:lang w:val="pl-PL"/>
              </w:rPr>
              <w:t>.............</w:t>
            </w:r>
            <w:r w:rsidRPr="00436155">
              <w:rPr>
                <w:color w:val="244061" w:themeColor="accent1" w:themeShade="80"/>
                <w:sz w:val="22"/>
                <w:lang w:val="pl-PL"/>
              </w:rPr>
              <w:t>..... miesięcy</w:t>
            </w:r>
          </w:p>
        </w:tc>
      </w:tr>
    </w:tbl>
    <w:p w14:paraId="778AB9D3" w14:textId="77777777" w:rsidR="00C83EC3" w:rsidRPr="00436155" w:rsidRDefault="00C83EC3" w:rsidP="00C83EC3">
      <w:pPr>
        <w:rPr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7"/>
        <w:gridCol w:w="4869"/>
      </w:tblGrid>
      <w:tr w:rsidR="000438E2" w:rsidRPr="00436155" w14:paraId="0DBDBE56" w14:textId="77777777">
        <w:trPr>
          <w:jc w:val="center"/>
        </w:trPr>
        <w:tc>
          <w:tcPr>
            <w:tcW w:w="4873" w:type="dxa"/>
            <w:vAlign w:val="center"/>
          </w:tcPr>
          <w:p w14:paraId="10A3F1ED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Parametr</w:t>
            </w:r>
          </w:p>
        </w:tc>
        <w:tc>
          <w:tcPr>
            <w:tcW w:w="4873" w:type="dxa"/>
            <w:vAlign w:val="center"/>
          </w:tcPr>
          <w:p w14:paraId="7C84CD1D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Deklaracja Wykonawcy</w:t>
            </w:r>
          </w:p>
        </w:tc>
      </w:tr>
      <w:tr w:rsidR="000438E2" w:rsidRPr="00436155" w14:paraId="4B4FD7C6" w14:textId="77777777">
        <w:trPr>
          <w:jc w:val="center"/>
        </w:trPr>
        <w:tc>
          <w:tcPr>
            <w:tcW w:w="4873" w:type="dxa"/>
            <w:vAlign w:val="center"/>
          </w:tcPr>
          <w:p w14:paraId="433B92D4" w14:textId="77483D34" w:rsidR="00FF6938" w:rsidRPr="00436155" w:rsidRDefault="000438E2" w:rsidP="00436155">
            <w:pPr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  <w:lastRenderedPageBreak/>
              <w:t xml:space="preserve">Termin wykonania – nie później niż </w:t>
            </w:r>
            <w:r w:rsidR="00436155" w:rsidRPr="00436155"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  <w:t>21</w:t>
            </w: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  <w:t>.09.2026 r.</w:t>
            </w:r>
          </w:p>
        </w:tc>
        <w:tc>
          <w:tcPr>
            <w:tcW w:w="4873" w:type="dxa"/>
            <w:vAlign w:val="center"/>
          </w:tcPr>
          <w:p w14:paraId="5F7CA196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................................................</w:t>
            </w:r>
          </w:p>
        </w:tc>
      </w:tr>
      <w:tr w:rsidR="000438E2" w:rsidRPr="00436155" w14:paraId="4AF8ABB3" w14:textId="77777777">
        <w:trPr>
          <w:jc w:val="center"/>
        </w:trPr>
        <w:tc>
          <w:tcPr>
            <w:tcW w:w="4873" w:type="dxa"/>
            <w:vAlign w:val="center"/>
          </w:tcPr>
          <w:p w14:paraId="5115B06E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Moc kotła nr 1</w:t>
            </w:r>
          </w:p>
        </w:tc>
        <w:tc>
          <w:tcPr>
            <w:tcW w:w="4873" w:type="dxa"/>
            <w:vAlign w:val="center"/>
          </w:tcPr>
          <w:p w14:paraId="481E3C35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................................................ kW</w:t>
            </w:r>
          </w:p>
        </w:tc>
      </w:tr>
      <w:tr w:rsidR="000438E2" w:rsidRPr="00436155" w14:paraId="36D516D5" w14:textId="77777777">
        <w:trPr>
          <w:jc w:val="center"/>
        </w:trPr>
        <w:tc>
          <w:tcPr>
            <w:tcW w:w="4873" w:type="dxa"/>
            <w:vAlign w:val="center"/>
          </w:tcPr>
          <w:p w14:paraId="40DFC1D4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Moc kotła nr 2</w:t>
            </w:r>
          </w:p>
        </w:tc>
        <w:tc>
          <w:tcPr>
            <w:tcW w:w="4873" w:type="dxa"/>
            <w:vAlign w:val="center"/>
          </w:tcPr>
          <w:p w14:paraId="631BA6A6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................................................ kW</w:t>
            </w:r>
          </w:p>
        </w:tc>
      </w:tr>
      <w:tr w:rsidR="000438E2" w:rsidRPr="00436155" w14:paraId="4F9FB410" w14:textId="77777777">
        <w:trPr>
          <w:jc w:val="center"/>
        </w:trPr>
        <w:tc>
          <w:tcPr>
            <w:tcW w:w="4873" w:type="dxa"/>
            <w:vAlign w:val="center"/>
          </w:tcPr>
          <w:p w14:paraId="27D9ABC4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Okres gwarancji – min. 24 miesiące</w:t>
            </w:r>
          </w:p>
        </w:tc>
        <w:tc>
          <w:tcPr>
            <w:tcW w:w="4873" w:type="dxa"/>
            <w:vAlign w:val="center"/>
          </w:tcPr>
          <w:p w14:paraId="649F557E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................................................ miesięcy</w:t>
            </w:r>
          </w:p>
        </w:tc>
      </w:tr>
      <w:tr w:rsidR="000438E2" w:rsidRPr="00436155" w14:paraId="05DF3DD1" w14:textId="77777777">
        <w:trPr>
          <w:jc w:val="center"/>
        </w:trPr>
        <w:tc>
          <w:tcPr>
            <w:tcW w:w="4873" w:type="dxa"/>
            <w:vAlign w:val="center"/>
          </w:tcPr>
          <w:p w14:paraId="0E6DA873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  <w:t>Liczba kwalifikowanych usług w wykazie doświadczenia</w:t>
            </w:r>
          </w:p>
        </w:tc>
        <w:tc>
          <w:tcPr>
            <w:tcW w:w="4873" w:type="dxa"/>
            <w:vAlign w:val="center"/>
          </w:tcPr>
          <w:p w14:paraId="1FE3EBF1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................................................ usług</w:t>
            </w:r>
          </w:p>
        </w:tc>
      </w:tr>
    </w:tbl>
    <w:p w14:paraId="6053366B" w14:textId="55AB2D58" w:rsidR="00FF6938" w:rsidRPr="00436155" w:rsidRDefault="000438E2">
      <w:pPr>
        <w:pStyle w:val="Nagwek1"/>
        <w:rPr>
          <w:rFonts w:ascii="Open Sans" w:hAnsi="Open Sans" w:cs="Open Sans"/>
          <w:color w:val="244061" w:themeColor="accent1" w:themeShade="80"/>
          <w:sz w:val="22"/>
          <w:szCs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szCs w:val="22"/>
        </w:rPr>
        <w:t>5. Oświadczenia Wykonawcy</w:t>
      </w:r>
    </w:p>
    <w:p w14:paraId="735B8940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posiadam/y wymagane prawem uprawnienia i kwalifikacje do wykonania zamówienia;</w:t>
      </w:r>
    </w:p>
    <w:p w14:paraId="19AD490C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posiadam/y minimum 3-letnie doświadczenie w zakresie montażu lub wymiany kotłowni gazowych;</w:t>
      </w:r>
    </w:p>
    <w:p w14:paraId="27D8214F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dysponuję/my odpowiednim potencjałem technicznym i osobowym;</w:t>
      </w:r>
    </w:p>
    <w:p w14:paraId="2982A646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znajduję/my się w sytuacji ekonomicznej i finansowej umożliwiającej wykonanie zamówienia;</w:t>
      </w:r>
    </w:p>
    <w:p w14:paraId="1431855A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posiadam/y ubezpieczenie OC na kwotę co najmniej 100 000 zł;</w:t>
      </w:r>
    </w:p>
    <w:p w14:paraId="4AD590D5" w14:textId="5004E25C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 xml:space="preserve">zaoferowane urządzenia będą fabrycznie nowe i dopuszczone do stosowania zgodnie </w:t>
      </w:r>
      <w:r w:rsidR="003444FE">
        <w:rPr>
          <w:rFonts w:ascii="Open Sans" w:hAnsi="Open Sans" w:cs="Open Sans"/>
          <w:color w:val="244061" w:themeColor="accent1" w:themeShade="80"/>
          <w:sz w:val="22"/>
          <w:lang w:val="pl-PL"/>
        </w:rPr>
        <w:br/>
      </w: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z obowiązującymi przepisami;</w:t>
      </w:r>
    </w:p>
    <w:p w14:paraId="7E220BA0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cena obejmuje wszystkie koszty wykonania zamówienia;</w:t>
      </w:r>
    </w:p>
    <w:p w14:paraId="7B24E791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akceptuję/my wzór umowy stanowiący Załącznik nr 3.</w:t>
      </w:r>
    </w:p>
    <w:p w14:paraId="51D49BFD" w14:textId="77777777" w:rsidR="00FF6938" w:rsidRPr="00436155" w:rsidRDefault="000438E2">
      <w:pPr>
        <w:pStyle w:val="Nagwek1"/>
        <w:rPr>
          <w:rFonts w:ascii="Open Sans" w:hAnsi="Open Sans" w:cs="Open Sans"/>
          <w:color w:val="244061" w:themeColor="accent1" w:themeShade="80"/>
          <w:sz w:val="22"/>
          <w:szCs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szCs w:val="22"/>
        </w:rPr>
        <w:t>6. Załączniki do oferty</w:t>
      </w:r>
    </w:p>
    <w:p w14:paraId="64710B8E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</w:rPr>
        <w:t>Formularz ofertowy – Załącznik nr 1.</w:t>
      </w:r>
    </w:p>
    <w:p w14:paraId="5FD52DD6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Wykaz zrealizowanych usług – Załącznik nr 2.</w:t>
      </w:r>
    </w:p>
    <w:p w14:paraId="104C5020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</w:rPr>
        <w:t>Dowody należytego wykonania usług.</w:t>
      </w:r>
    </w:p>
    <w:p w14:paraId="5AAA85E2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Dokument potwierdzający ubezpieczenie OC – kopia polisy lub innego dokumentu.</w:t>
      </w:r>
    </w:p>
    <w:p w14:paraId="5ADF1A06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Dokumenty potwierdzające wymagane kwalifikacje – jeżeli są wymagane do zakresu prac wykonywanych przez Wykonawcę.</w:t>
      </w:r>
    </w:p>
    <w:p w14:paraId="3BF639BD" w14:textId="77777777" w:rsidR="00FF6938" w:rsidRPr="00436155" w:rsidRDefault="000438E2">
      <w:pPr>
        <w:pStyle w:val="Listapunktowana"/>
        <w:spacing w:after="40"/>
        <w:rPr>
          <w:rFonts w:ascii="Open Sans" w:hAnsi="Open Sans" w:cs="Open Sans"/>
          <w:color w:val="244061" w:themeColor="accent1" w:themeShade="80"/>
          <w:sz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</w:rPr>
        <w:t>Pełnomocnictwo – jeżeli dotyczy.</w:t>
      </w:r>
    </w:p>
    <w:p w14:paraId="4230FE7F" w14:textId="77777777" w:rsidR="00C83EC3" w:rsidRPr="00436155" w:rsidRDefault="00C83EC3">
      <w:pPr>
        <w:spacing w:after="80"/>
        <w:rPr>
          <w:rFonts w:ascii="Open Sans" w:hAnsi="Open Sans" w:cs="Open Sans"/>
          <w:color w:val="244061" w:themeColor="accent1" w:themeShade="80"/>
          <w:sz w:val="22"/>
        </w:rPr>
      </w:pPr>
    </w:p>
    <w:p w14:paraId="7011CE2A" w14:textId="24C6709C" w:rsidR="00FF6938" w:rsidRPr="00436155" w:rsidRDefault="000438E2">
      <w:pPr>
        <w:spacing w:after="80"/>
        <w:rPr>
          <w:rFonts w:ascii="Open Sans" w:hAnsi="Open Sans" w:cs="Open Sans"/>
          <w:color w:val="244061" w:themeColor="accent1" w:themeShade="80"/>
          <w:sz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</w:rPr>
        <w:t>Miejscowość i data: ...................................</w:t>
      </w:r>
      <w:r w:rsidR="003444FE">
        <w:rPr>
          <w:rFonts w:ascii="Open Sans" w:hAnsi="Open Sans" w:cs="Open Sans"/>
          <w:color w:val="244061" w:themeColor="accent1" w:themeShade="80"/>
          <w:sz w:val="22"/>
        </w:rPr>
        <w:t>................................................................</w:t>
      </w:r>
      <w:r w:rsidRPr="00436155">
        <w:rPr>
          <w:rFonts w:ascii="Open Sans" w:hAnsi="Open Sans" w:cs="Open Sans"/>
          <w:color w:val="244061" w:themeColor="accent1" w:themeShade="80"/>
          <w:sz w:val="22"/>
        </w:rPr>
        <w:t>.....................</w:t>
      </w:r>
    </w:p>
    <w:p w14:paraId="5680DB1F" w14:textId="77777777" w:rsidR="00C83EC3" w:rsidRPr="00436155" w:rsidRDefault="00C83EC3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</w:p>
    <w:p w14:paraId="761F1E89" w14:textId="6CA0238D" w:rsidR="00FF6938" w:rsidRPr="00436155" w:rsidRDefault="000438E2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Podpis osoby uprawnionej do reprezentowania Wykonawcy: ........................................................</w:t>
      </w:r>
    </w:p>
    <w:p w14:paraId="22E36296" w14:textId="71350240" w:rsidR="00FF6938" w:rsidRPr="00436155" w:rsidRDefault="00FF6938">
      <w:pPr>
        <w:rPr>
          <w:rFonts w:ascii="Open Sans" w:hAnsi="Open Sans" w:cs="Open Sans"/>
          <w:color w:val="244061" w:themeColor="accent1" w:themeShade="80"/>
          <w:sz w:val="22"/>
          <w:lang w:val="pl-PL"/>
        </w:rPr>
      </w:pPr>
      <w:bookmarkStart w:id="0" w:name="_GoBack"/>
      <w:bookmarkEnd w:id="0"/>
    </w:p>
    <w:sectPr w:rsidR="00FF6938" w:rsidRPr="00436155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F13C07"/>
    <w:multiLevelType w:val="hybridMultilevel"/>
    <w:tmpl w:val="E0EEA074"/>
    <w:lvl w:ilvl="0" w:tplc="5F5E36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38E2"/>
    <w:rsid w:val="0006063C"/>
    <w:rsid w:val="000A7D3F"/>
    <w:rsid w:val="00142244"/>
    <w:rsid w:val="0015074B"/>
    <w:rsid w:val="0029639D"/>
    <w:rsid w:val="00315F5C"/>
    <w:rsid w:val="00326F90"/>
    <w:rsid w:val="003444FE"/>
    <w:rsid w:val="00436155"/>
    <w:rsid w:val="004C4D56"/>
    <w:rsid w:val="005C17CC"/>
    <w:rsid w:val="00706E6D"/>
    <w:rsid w:val="00AA1D8D"/>
    <w:rsid w:val="00B47730"/>
    <w:rsid w:val="00BC2140"/>
    <w:rsid w:val="00C83EC3"/>
    <w:rsid w:val="00CB0664"/>
    <w:rsid w:val="00E75AED"/>
    <w:rsid w:val="00FC693F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0C3FC"/>
  <w14:defaultImageDpi w14:val="300"/>
  <w15:docId w15:val="{E3844E09-01A8-4B86-86FD-6D3CEA42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A7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3E5B2E-624A-49CD-BAAA-8C8B1AF86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Markiel</dc:creator>
  <cp:keywords/>
  <dc:description>generated by python-docx</dc:description>
  <cp:lastModifiedBy>User</cp:lastModifiedBy>
  <cp:revision>4</cp:revision>
  <cp:lastPrinted>2026-08-21T10:24:00Z</cp:lastPrinted>
  <dcterms:created xsi:type="dcterms:W3CDTF">2026-08-21T10:24:00Z</dcterms:created>
  <dcterms:modified xsi:type="dcterms:W3CDTF">2026-08-21T10:41:00Z</dcterms:modified>
  <cp:category/>
</cp:coreProperties>
</file>