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44B80" w14:textId="77777777" w:rsidR="00C83EC3" w:rsidRPr="00436155" w:rsidRDefault="000438E2">
      <w:pPr>
        <w:spacing w:after="80"/>
        <w:jc w:val="center"/>
        <w:rPr>
          <w:rFonts w:ascii="Open Sans" w:hAnsi="Open Sans" w:cs="Open Sans"/>
          <w:b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b/>
          <w:color w:val="244061" w:themeColor="accent1" w:themeShade="80"/>
          <w:sz w:val="22"/>
          <w:lang w:val="pl-PL"/>
        </w:rPr>
        <w:t xml:space="preserve">ZAŁĄCZNIK NR 2 </w:t>
      </w:r>
    </w:p>
    <w:p w14:paraId="0849CEDD" w14:textId="5563E987" w:rsidR="00FF6938" w:rsidRPr="00436155" w:rsidRDefault="000438E2">
      <w:pPr>
        <w:spacing w:after="80"/>
        <w:jc w:val="center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b/>
          <w:color w:val="244061" w:themeColor="accent1" w:themeShade="80"/>
          <w:sz w:val="22"/>
          <w:lang w:val="pl-PL"/>
        </w:rPr>
        <w:t>WYKAZ ZREALIZOWANYCH USŁUG</w:t>
      </w:r>
    </w:p>
    <w:p w14:paraId="1291BADF" w14:textId="77777777" w:rsidR="00FF6938" w:rsidRPr="00436155" w:rsidRDefault="000438E2">
      <w:pPr>
        <w:spacing w:after="80"/>
        <w:jc w:val="center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do Zapytania ofertowego na wymianę kotłów gazowych wraz z montażem oraz dopełnieniem formalności w Centrum Kultury i Sportu w Krzeszowicach</w:t>
      </w:r>
    </w:p>
    <w:p w14:paraId="7BBAB488" w14:textId="77777777" w:rsidR="00FF6938" w:rsidRPr="00436155" w:rsidRDefault="000438E2">
      <w:pPr>
        <w:pStyle w:val="Nagwek1"/>
        <w:rPr>
          <w:rFonts w:ascii="Open Sans" w:hAnsi="Open Sans" w:cs="Open Sans"/>
          <w:color w:val="244061" w:themeColor="accent1" w:themeShade="80"/>
          <w:sz w:val="22"/>
          <w:szCs w:val="22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szCs w:val="22"/>
        </w:rPr>
        <w:t>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0438E2" w:rsidRPr="00436155" w14:paraId="1FD440FE" w14:textId="77777777">
        <w:trPr>
          <w:jc w:val="center"/>
        </w:trPr>
        <w:tc>
          <w:tcPr>
            <w:tcW w:w="4873" w:type="dxa"/>
            <w:vAlign w:val="center"/>
          </w:tcPr>
          <w:p w14:paraId="44ACB619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Pole</w:t>
            </w:r>
          </w:p>
        </w:tc>
        <w:tc>
          <w:tcPr>
            <w:tcW w:w="4873" w:type="dxa"/>
            <w:vAlign w:val="center"/>
          </w:tcPr>
          <w:p w14:paraId="30D2BE1E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Dane</w:t>
            </w:r>
          </w:p>
        </w:tc>
      </w:tr>
      <w:tr w:rsidR="000438E2" w:rsidRPr="00436155" w14:paraId="33C55CCB" w14:textId="77777777">
        <w:trPr>
          <w:jc w:val="center"/>
        </w:trPr>
        <w:tc>
          <w:tcPr>
            <w:tcW w:w="4873" w:type="dxa"/>
            <w:vAlign w:val="center"/>
          </w:tcPr>
          <w:p w14:paraId="2CCE1DAD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Pełna nazwa firmy</w:t>
            </w:r>
          </w:p>
        </w:tc>
        <w:tc>
          <w:tcPr>
            <w:tcW w:w="4873" w:type="dxa"/>
            <w:vAlign w:val="center"/>
          </w:tcPr>
          <w:p w14:paraId="7A5541AC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37D34546" w14:textId="77777777">
        <w:trPr>
          <w:jc w:val="center"/>
        </w:trPr>
        <w:tc>
          <w:tcPr>
            <w:tcW w:w="4873" w:type="dxa"/>
            <w:vAlign w:val="center"/>
          </w:tcPr>
          <w:p w14:paraId="3585B495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Adres</w:t>
            </w:r>
          </w:p>
        </w:tc>
        <w:tc>
          <w:tcPr>
            <w:tcW w:w="4873" w:type="dxa"/>
            <w:vAlign w:val="center"/>
          </w:tcPr>
          <w:p w14:paraId="656D93FD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3279F921" w14:textId="77777777">
        <w:trPr>
          <w:jc w:val="center"/>
        </w:trPr>
        <w:tc>
          <w:tcPr>
            <w:tcW w:w="4873" w:type="dxa"/>
            <w:vAlign w:val="center"/>
          </w:tcPr>
          <w:p w14:paraId="3F156BA4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NIP / REGON</w:t>
            </w:r>
          </w:p>
        </w:tc>
        <w:tc>
          <w:tcPr>
            <w:tcW w:w="4873" w:type="dxa"/>
            <w:vAlign w:val="center"/>
          </w:tcPr>
          <w:p w14:paraId="33CF4AEB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</w:tbl>
    <w:p w14:paraId="0EA9488C" w14:textId="77777777" w:rsidR="00C83EC3" w:rsidRPr="00436155" w:rsidRDefault="00C83EC3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</w:p>
    <w:p w14:paraId="2BF36AA4" w14:textId="77777777" w:rsidR="00C83EC3" w:rsidRPr="00436155" w:rsidRDefault="00C83EC3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</w:p>
    <w:p w14:paraId="0C574613" w14:textId="344ECD67" w:rsidR="00FF6938" w:rsidRPr="00436155" w:rsidRDefault="000438E2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Oświadczam/y, że w okresie ostatnich 3 lat przed upływem terminu składania ofert należycie wykonaliśmy usługi odpowiadające rodzajem przedmiotowi zamówienia. Wymagane minimum: 3 usługi.</w:t>
      </w:r>
    </w:p>
    <w:p w14:paraId="4E2AA842" w14:textId="77777777" w:rsidR="00C83EC3" w:rsidRPr="00436155" w:rsidRDefault="00C83EC3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47"/>
        <w:gridCol w:w="1947"/>
        <w:gridCol w:w="1948"/>
        <w:gridCol w:w="1947"/>
        <w:gridCol w:w="1947"/>
      </w:tblGrid>
      <w:tr w:rsidR="000438E2" w:rsidRPr="00436155" w14:paraId="0AD527C4" w14:textId="77777777">
        <w:trPr>
          <w:jc w:val="center"/>
        </w:trPr>
        <w:tc>
          <w:tcPr>
            <w:tcW w:w="1949" w:type="dxa"/>
            <w:vAlign w:val="center"/>
          </w:tcPr>
          <w:p w14:paraId="0B280DA3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Lp.</w:t>
            </w:r>
          </w:p>
        </w:tc>
        <w:tc>
          <w:tcPr>
            <w:tcW w:w="1949" w:type="dxa"/>
            <w:vAlign w:val="center"/>
          </w:tcPr>
          <w:p w14:paraId="1A9FEBAD" w14:textId="45303A1F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  <w:lang w:val="pl-PL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  <w:lang w:val="pl-PL"/>
              </w:rPr>
              <w:t xml:space="preserve">Opis usługi </w:t>
            </w:r>
            <w:r w:rsidR="003444FE">
              <w:rPr>
                <w:rFonts w:ascii="Open Sans" w:hAnsi="Open Sans" w:cs="Open Sans"/>
                <w:b/>
                <w:color w:val="244061" w:themeColor="accent1" w:themeShade="80"/>
                <w:sz w:val="22"/>
                <w:lang w:val="pl-PL"/>
              </w:rPr>
              <w:br/>
            </w: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  <w:lang w:val="pl-PL"/>
              </w:rPr>
              <w:t>i zakres prac</w:t>
            </w:r>
          </w:p>
        </w:tc>
        <w:tc>
          <w:tcPr>
            <w:tcW w:w="1949" w:type="dxa"/>
            <w:vAlign w:val="center"/>
          </w:tcPr>
          <w:p w14:paraId="04210DF0" w14:textId="6BDAD52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proofErr w:type="spellStart"/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Odbiorca</w:t>
            </w:r>
            <w:proofErr w:type="spellEnd"/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 xml:space="preserve"> </w:t>
            </w:r>
            <w:r w:rsidR="003444FE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br/>
            </w: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 xml:space="preserve">i </w:t>
            </w:r>
            <w:proofErr w:type="spellStart"/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dane</w:t>
            </w:r>
            <w:proofErr w:type="spellEnd"/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 xml:space="preserve"> </w:t>
            </w:r>
            <w:proofErr w:type="spellStart"/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kontaktowe</w:t>
            </w:r>
            <w:proofErr w:type="spellEnd"/>
          </w:p>
        </w:tc>
        <w:tc>
          <w:tcPr>
            <w:tcW w:w="1949" w:type="dxa"/>
            <w:vAlign w:val="center"/>
          </w:tcPr>
          <w:p w14:paraId="03206B9C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Data od–do</w:t>
            </w:r>
          </w:p>
        </w:tc>
        <w:tc>
          <w:tcPr>
            <w:tcW w:w="1949" w:type="dxa"/>
            <w:vAlign w:val="center"/>
          </w:tcPr>
          <w:p w14:paraId="0DCCF4B9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b/>
                <w:color w:val="244061" w:themeColor="accent1" w:themeShade="80"/>
                <w:sz w:val="22"/>
              </w:rPr>
              <w:t>Miejsce</w:t>
            </w:r>
          </w:p>
        </w:tc>
      </w:tr>
      <w:tr w:rsidR="000438E2" w:rsidRPr="00436155" w14:paraId="5EB44542" w14:textId="77777777">
        <w:trPr>
          <w:jc w:val="center"/>
        </w:trPr>
        <w:tc>
          <w:tcPr>
            <w:tcW w:w="1949" w:type="dxa"/>
            <w:vAlign w:val="center"/>
          </w:tcPr>
          <w:p w14:paraId="2E634A6B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1</w:t>
            </w:r>
          </w:p>
        </w:tc>
        <w:tc>
          <w:tcPr>
            <w:tcW w:w="1949" w:type="dxa"/>
            <w:vAlign w:val="center"/>
          </w:tcPr>
          <w:p w14:paraId="322AB7E6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2BDDC1E8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7564A277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30B9B07C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3ABF0797" w14:textId="77777777">
        <w:trPr>
          <w:jc w:val="center"/>
        </w:trPr>
        <w:tc>
          <w:tcPr>
            <w:tcW w:w="1949" w:type="dxa"/>
            <w:vAlign w:val="center"/>
          </w:tcPr>
          <w:p w14:paraId="44D1E85E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2</w:t>
            </w:r>
          </w:p>
        </w:tc>
        <w:tc>
          <w:tcPr>
            <w:tcW w:w="1949" w:type="dxa"/>
            <w:vAlign w:val="center"/>
          </w:tcPr>
          <w:p w14:paraId="43CC2D7F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0AFA48B1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3EC362D3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68B31F27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2DAEBBBF" w14:textId="77777777">
        <w:trPr>
          <w:jc w:val="center"/>
        </w:trPr>
        <w:tc>
          <w:tcPr>
            <w:tcW w:w="1949" w:type="dxa"/>
            <w:vAlign w:val="center"/>
          </w:tcPr>
          <w:p w14:paraId="4D92FF53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3</w:t>
            </w:r>
          </w:p>
        </w:tc>
        <w:tc>
          <w:tcPr>
            <w:tcW w:w="1949" w:type="dxa"/>
            <w:vAlign w:val="center"/>
          </w:tcPr>
          <w:p w14:paraId="1B59FA55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65E546EC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27DEC6D8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287F10A8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7AFE7C1B" w14:textId="77777777">
        <w:trPr>
          <w:jc w:val="center"/>
        </w:trPr>
        <w:tc>
          <w:tcPr>
            <w:tcW w:w="1949" w:type="dxa"/>
            <w:vAlign w:val="center"/>
          </w:tcPr>
          <w:p w14:paraId="23656980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4</w:t>
            </w:r>
          </w:p>
        </w:tc>
        <w:tc>
          <w:tcPr>
            <w:tcW w:w="1949" w:type="dxa"/>
            <w:vAlign w:val="center"/>
          </w:tcPr>
          <w:p w14:paraId="048D288C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36593C8E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1874E82F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57FC0952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7634BACB" w14:textId="77777777">
        <w:trPr>
          <w:jc w:val="center"/>
        </w:trPr>
        <w:tc>
          <w:tcPr>
            <w:tcW w:w="1949" w:type="dxa"/>
            <w:vAlign w:val="center"/>
          </w:tcPr>
          <w:p w14:paraId="0FEC188A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5</w:t>
            </w:r>
          </w:p>
        </w:tc>
        <w:tc>
          <w:tcPr>
            <w:tcW w:w="1949" w:type="dxa"/>
            <w:vAlign w:val="center"/>
          </w:tcPr>
          <w:p w14:paraId="6F761C01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211D4335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7AA81102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1CA161E1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5E1FCE71" w14:textId="77777777">
        <w:trPr>
          <w:jc w:val="center"/>
        </w:trPr>
        <w:tc>
          <w:tcPr>
            <w:tcW w:w="1949" w:type="dxa"/>
            <w:vAlign w:val="center"/>
          </w:tcPr>
          <w:p w14:paraId="5FEEF794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6</w:t>
            </w:r>
          </w:p>
        </w:tc>
        <w:tc>
          <w:tcPr>
            <w:tcW w:w="1949" w:type="dxa"/>
            <w:vAlign w:val="center"/>
          </w:tcPr>
          <w:p w14:paraId="6D9CD017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33E7EEB4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63BD3C0A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6DB544DD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6F314AE8" w14:textId="77777777">
        <w:trPr>
          <w:jc w:val="center"/>
        </w:trPr>
        <w:tc>
          <w:tcPr>
            <w:tcW w:w="1949" w:type="dxa"/>
            <w:vAlign w:val="center"/>
          </w:tcPr>
          <w:p w14:paraId="053F9E25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7</w:t>
            </w:r>
          </w:p>
        </w:tc>
        <w:tc>
          <w:tcPr>
            <w:tcW w:w="1949" w:type="dxa"/>
            <w:vAlign w:val="center"/>
          </w:tcPr>
          <w:p w14:paraId="74A2A3CA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1E727EFC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297E541A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6E6D3904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19CDC935" w14:textId="77777777">
        <w:trPr>
          <w:jc w:val="center"/>
        </w:trPr>
        <w:tc>
          <w:tcPr>
            <w:tcW w:w="1949" w:type="dxa"/>
            <w:vAlign w:val="center"/>
          </w:tcPr>
          <w:p w14:paraId="51139B3E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8</w:t>
            </w:r>
          </w:p>
        </w:tc>
        <w:tc>
          <w:tcPr>
            <w:tcW w:w="1949" w:type="dxa"/>
            <w:vAlign w:val="center"/>
          </w:tcPr>
          <w:p w14:paraId="78378830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0570A482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4D63C77F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07E93CCA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59DD8AB0" w14:textId="77777777">
        <w:trPr>
          <w:jc w:val="center"/>
        </w:trPr>
        <w:tc>
          <w:tcPr>
            <w:tcW w:w="1949" w:type="dxa"/>
            <w:vAlign w:val="center"/>
          </w:tcPr>
          <w:p w14:paraId="06ACB619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9</w:t>
            </w:r>
          </w:p>
        </w:tc>
        <w:tc>
          <w:tcPr>
            <w:tcW w:w="1949" w:type="dxa"/>
            <w:vAlign w:val="center"/>
          </w:tcPr>
          <w:p w14:paraId="2AD28745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699C1FA8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257755B6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6E1FED3F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  <w:tr w:rsidR="000438E2" w:rsidRPr="00436155" w14:paraId="25A778A3" w14:textId="77777777">
        <w:trPr>
          <w:jc w:val="center"/>
        </w:trPr>
        <w:tc>
          <w:tcPr>
            <w:tcW w:w="1949" w:type="dxa"/>
            <w:vAlign w:val="center"/>
          </w:tcPr>
          <w:p w14:paraId="231E6512" w14:textId="77777777" w:rsidR="00FF6938" w:rsidRPr="00436155" w:rsidRDefault="000438E2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  <w:r w:rsidRPr="00436155">
              <w:rPr>
                <w:rFonts w:ascii="Open Sans" w:hAnsi="Open Sans" w:cs="Open Sans"/>
                <w:color w:val="244061" w:themeColor="accent1" w:themeShade="80"/>
                <w:sz w:val="22"/>
              </w:rPr>
              <w:t>10</w:t>
            </w:r>
          </w:p>
        </w:tc>
        <w:tc>
          <w:tcPr>
            <w:tcW w:w="1949" w:type="dxa"/>
            <w:vAlign w:val="center"/>
          </w:tcPr>
          <w:p w14:paraId="601822ED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1900D191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4F7457A1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  <w:tc>
          <w:tcPr>
            <w:tcW w:w="1949" w:type="dxa"/>
            <w:vAlign w:val="center"/>
          </w:tcPr>
          <w:p w14:paraId="3D529EEB" w14:textId="77777777" w:rsidR="00FF6938" w:rsidRPr="00436155" w:rsidRDefault="00FF6938">
            <w:pPr>
              <w:rPr>
                <w:rFonts w:ascii="Open Sans" w:hAnsi="Open Sans" w:cs="Open Sans"/>
                <w:color w:val="244061" w:themeColor="accent1" w:themeShade="80"/>
                <w:sz w:val="22"/>
              </w:rPr>
            </w:pPr>
          </w:p>
        </w:tc>
      </w:tr>
    </w:tbl>
    <w:p w14:paraId="069E44A3" w14:textId="77777777" w:rsidR="00C83EC3" w:rsidRPr="00436155" w:rsidRDefault="00C83EC3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</w:p>
    <w:p w14:paraId="24CBC1D5" w14:textId="5585BC86" w:rsidR="00FF6938" w:rsidRPr="00436155" w:rsidRDefault="000438E2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Za usługę kwalifikowaną uznaje się usługę obejmującą co najmniej dostawę i montaż kotła lub kotłów gazowych wraz z wykonaniem, modernizacją albo podłączeniem instalacji C.O. oraz uruchomieniem instalacji.</w:t>
      </w:r>
    </w:p>
    <w:p w14:paraId="37D7E032" w14:textId="663281F7" w:rsidR="00FF6938" w:rsidRPr="00436155" w:rsidRDefault="000438E2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 xml:space="preserve">Do wykazu należy dołączyć dowody określające, czy usługi zostały wykonane należycie, </w:t>
      </w:r>
      <w:r w:rsidR="003444FE">
        <w:rPr>
          <w:rFonts w:ascii="Open Sans" w:hAnsi="Open Sans" w:cs="Open Sans"/>
          <w:color w:val="244061" w:themeColor="accent1" w:themeShade="80"/>
          <w:sz w:val="22"/>
          <w:lang w:val="pl-PL"/>
        </w:rPr>
        <w:br/>
      </w: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w szczególności referencje, protokoły odbioru lub inne dokumenty wystawione przez odbiorcę usługi.</w:t>
      </w:r>
    </w:p>
    <w:p w14:paraId="6FC0B381" w14:textId="77777777" w:rsidR="00FF6938" w:rsidRPr="00436155" w:rsidRDefault="000438E2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Zamawiający zastrzega sobie prawo do weryfikacji informacji podanych w wykazie bezpośrednio u podmiotów, na rzecz których usługi były wykonywane.</w:t>
      </w:r>
    </w:p>
    <w:p w14:paraId="42A1878A" w14:textId="77777777" w:rsidR="00C83EC3" w:rsidRPr="00436155" w:rsidRDefault="00C83EC3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</w:p>
    <w:p w14:paraId="4EB357CB" w14:textId="39225100" w:rsidR="00FF6938" w:rsidRPr="00436155" w:rsidRDefault="000438E2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Miejscowość i data: ......................................</w:t>
      </w:r>
      <w:r w:rsidR="003444FE">
        <w:rPr>
          <w:rFonts w:ascii="Open Sans" w:hAnsi="Open Sans" w:cs="Open Sans"/>
          <w:color w:val="244061" w:themeColor="accent1" w:themeShade="80"/>
          <w:sz w:val="22"/>
          <w:lang w:val="pl-PL"/>
        </w:rPr>
        <w:t>............</w:t>
      </w: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..................</w:t>
      </w:r>
    </w:p>
    <w:p w14:paraId="513BF15E" w14:textId="77777777" w:rsidR="00FF6938" w:rsidRPr="00436155" w:rsidRDefault="000438E2">
      <w:pPr>
        <w:spacing w:after="80"/>
        <w:rPr>
          <w:rFonts w:ascii="Open Sans" w:hAnsi="Open Sans" w:cs="Open Sans"/>
          <w:color w:val="244061" w:themeColor="accent1" w:themeShade="80"/>
          <w:sz w:val="22"/>
          <w:lang w:val="pl-PL"/>
        </w:rPr>
      </w:pPr>
      <w:r w:rsidRPr="00436155">
        <w:rPr>
          <w:rFonts w:ascii="Open Sans" w:hAnsi="Open Sans" w:cs="Open Sans"/>
          <w:color w:val="244061" w:themeColor="accent1" w:themeShade="80"/>
          <w:sz w:val="22"/>
          <w:lang w:val="pl-PL"/>
        </w:rPr>
        <w:t>Podpis osoby uprawnionej: ........................................................</w:t>
      </w:r>
    </w:p>
    <w:p w14:paraId="7E4A6961" w14:textId="1FF2D37F" w:rsidR="00FF6938" w:rsidRPr="00907310" w:rsidRDefault="00FF6938" w:rsidP="00907310">
      <w:pPr>
        <w:rPr>
          <w:rFonts w:ascii="Open Sans" w:hAnsi="Open Sans" w:cs="Open Sans"/>
          <w:color w:val="244061" w:themeColor="accent1" w:themeShade="80"/>
          <w:sz w:val="22"/>
          <w:lang w:val="pl-PL"/>
        </w:rPr>
      </w:pPr>
      <w:bookmarkStart w:id="0" w:name="_GoBack"/>
      <w:bookmarkEnd w:id="0"/>
    </w:p>
    <w:sectPr w:rsidR="00FF6938" w:rsidRPr="00907310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F13C07"/>
    <w:multiLevelType w:val="hybridMultilevel"/>
    <w:tmpl w:val="E0EEA074"/>
    <w:lvl w:ilvl="0" w:tplc="5F5E36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38E2"/>
    <w:rsid w:val="0006063C"/>
    <w:rsid w:val="000A7D3F"/>
    <w:rsid w:val="00142244"/>
    <w:rsid w:val="0015074B"/>
    <w:rsid w:val="0029639D"/>
    <w:rsid w:val="00326F90"/>
    <w:rsid w:val="003444FE"/>
    <w:rsid w:val="00436155"/>
    <w:rsid w:val="004C4D56"/>
    <w:rsid w:val="005C17CC"/>
    <w:rsid w:val="00706E6D"/>
    <w:rsid w:val="00907310"/>
    <w:rsid w:val="00AA1D8D"/>
    <w:rsid w:val="00B47730"/>
    <w:rsid w:val="00BC2140"/>
    <w:rsid w:val="00C83EC3"/>
    <w:rsid w:val="00CB0664"/>
    <w:rsid w:val="00E75AED"/>
    <w:rsid w:val="00FC693F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0C3FC"/>
  <w14:defaultImageDpi w14:val="300"/>
  <w15:docId w15:val="{E3844E09-01A8-4B86-86FD-6D3CEA42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A7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A8A2CC-CFDA-4927-8328-9D795018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Markiel</dc:creator>
  <cp:keywords/>
  <dc:description>generated by python-docx</dc:description>
  <cp:lastModifiedBy>User</cp:lastModifiedBy>
  <cp:revision>5</cp:revision>
  <cp:lastPrinted>2026-08-21T10:24:00Z</cp:lastPrinted>
  <dcterms:created xsi:type="dcterms:W3CDTF">2026-08-21T10:24:00Z</dcterms:created>
  <dcterms:modified xsi:type="dcterms:W3CDTF">2026-08-21T10:42:00Z</dcterms:modified>
  <cp:category/>
</cp:coreProperties>
</file>